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כפל וחילוק במספרים גדולים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כפל במספרים ב-10, 100 ו-1,000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כפל במאונך ופירוק מספרים לפי 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חילוק עם אפסים ובדיקת חילוק בעזרת 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30+6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מנה × מחלק = מחולק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מוסיפים לו 2 אפסים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אפס שמוסיפים מכפיל ב-10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למחוק אותו מספר אפסים משני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בודקים חילוק בעזרת כפל: מנה × מחלק = מחולק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פירוק הגורם 24 ל-20+4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כופלים ב-1,000 מוסיפים 3 אפסים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לא משנה את תוצאת החילוק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1. 967000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4. 1640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6. 637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(התוצאה של פעולת כפל)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(המספר שמחלקים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(המספר שמחלקים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(התוצאה של פעולת חילוק)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(חלוקה של מספר לשני חלקים לכפל קל)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של 312 ×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פרקו את 24 ל-20+4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312 × 20 = 6,240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 312 × 4 = 1,248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חברו את שתי התוצאות: 6,240 + 1,248 = 7,488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אפשר למחוק אותו מספר אפסים (שניים) מהמחולק ומהמחלק בלי לשנות את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מחולק הוא המספר שמחלקים אותו, מחלק הוא המספר שמחלקים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על ידי כפל המנה במחלק ובדיקה שמתקבל המחולק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מוסיפים 2 אפסים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פירוק המספרים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לבדוק כל תרגיל חילוק בעזרת 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מתקדמים או לתרגול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כפל וחילוק במספרים גדולים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כפל וחילוק במספרים גדולים, כולל כפל ב-10/100/1,000, פירוק מספרים לחלקים וחילוק מספרים עם אפסים.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אפסים מוסיפים כשכופלים מספר ב-1,000?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נכון לפרק את 36 כדי לכפול בקלות?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30+6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20+16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35+1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בחילוק 48,000 : 600, כמה אפסים אפשר למחוק משני הצדדים?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בודקים תוצאה של חילוק?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 × מחלק = מחולק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מחולק × מחלק = 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 + מחלק = מחולק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מחלק - מנה = מחולק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למספר כשכופלים אותו ב-100?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לו 2 אפסים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לו אפס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מתחלק ב-2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בכפל ב-10 מוסיפים אפס אחד בסוף המספר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48,000 : 600 שווה ל-480 : 6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תוצאה של חילוק בעזרת חיבור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312 × 24 אפשר לחשב כ-312×20 ועוד 312×4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כשכופלים מספר ב-1,000 מוסיפים לו 2 אפסים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למחוק אפסים גם מהמחלק וגם מהמחולק באותו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967 × 1,000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800 : 4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73 × 7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164 × 10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4,200 : 7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91 × 7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מכפלה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המספר שמחלקים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מחולק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התוצאה של פעולת כפל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המספר שמחלקים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חלוקה של מספר לשני חלקים לכפל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פירוק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התוצאה של פעולת חילוק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 של 312 × 24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312 × 4 = 1,248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חברו את שתי התוצאות: 6,240 + 1,248 = 7,488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312 × 20 = 6,240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פרקו את 24 ל-20+4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הסבירו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72,000 : 900 שווה ל-720 : 9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מחולק למחלק?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תוצאה של חילוק?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אפסים מוסיפים כשכופלים ב-100?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כפל וחילוק במספרים גדולים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